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4F48" w:rsidRDefault="00031A94" w:rsidP="00993279">
      <w:pPr>
        <w:tabs>
          <w:tab w:val="left" w:pos="5245"/>
        </w:tabs>
        <w:ind w:left="5216"/>
        <w:rPr>
          <w:rFonts w:cs="Times New Roman"/>
          <w:b/>
          <w:szCs w:val="24"/>
          <w:lang w:val="lt-LT"/>
        </w:rPr>
      </w:pPr>
      <w:r w:rsidRPr="00993279">
        <w:rPr>
          <w:rFonts w:cs="Times New Roman"/>
          <w:b/>
          <w:szCs w:val="24"/>
          <w:lang w:val="lt-LT"/>
        </w:rPr>
        <w:t>PATVIRTINTA</w:t>
      </w:r>
    </w:p>
    <w:p w:rsidR="007A4F48" w:rsidRDefault="00031A94" w:rsidP="00993279">
      <w:pPr>
        <w:tabs>
          <w:tab w:val="left" w:pos="5245"/>
        </w:tabs>
        <w:ind w:left="5216"/>
        <w:rPr>
          <w:rFonts w:cs="Times New Roman"/>
          <w:szCs w:val="24"/>
          <w:lang w:val="lt-LT"/>
        </w:rPr>
      </w:pPr>
      <w:r w:rsidRPr="00993279">
        <w:rPr>
          <w:rFonts w:cs="Times New Roman"/>
          <w:szCs w:val="24"/>
          <w:lang w:val="lt-LT"/>
        </w:rPr>
        <w:t>Zarasų „Lakštingalos“ mokyklos</w:t>
      </w:r>
    </w:p>
    <w:p w:rsidR="007A4F48" w:rsidRDefault="007A4F48" w:rsidP="00993279">
      <w:pPr>
        <w:tabs>
          <w:tab w:val="left" w:pos="5245"/>
        </w:tabs>
        <w:ind w:left="5216"/>
        <w:rPr>
          <w:rFonts w:cs="Times New Roman"/>
          <w:szCs w:val="24"/>
          <w:lang w:val="lt-LT"/>
        </w:rPr>
      </w:pPr>
      <w:r>
        <w:rPr>
          <w:rFonts w:cs="Times New Roman"/>
          <w:szCs w:val="24"/>
          <w:lang w:val="lt-LT"/>
        </w:rPr>
        <w:t xml:space="preserve">direktoriaus 2026 m. rugsėjo 16 </w:t>
      </w:r>
      <w:r w:rsidR="00D27370">
        <w:rPr>
          <w:rFonts w:cs="Times New Roman"/>
          <w:szCs w:val="24"/>
          <w:lang w:val="lt-LT"/>
        </w:rPr>
        <w:t>d.</w:t>
      </w:r>
    </w:p>
    <w:p w:rsidR="00987F26" w:rsidRPr="00993279" w:rsidRDefault="00D27370" w:rsidP="00993279">
      <w:pPr>
        <w:tabs>
          <w:tab w:val="left" w:pos="5245"/>
        </w:tabs>
        <w:ind w:left="5216"/>
        <w:rPr>
          <w:rFonts w:cs="Times New Roman"/>
          <w:szCs w:val="24"/>
          <w:lang w:val="lt-LT"/>
        </w:rPr>
      </w:pPr>
      <w:bookmarkStart w:id="0" w:name="_GoBack"/>
      <w:bookmarkEnd w:id="0"/>
      <w:r>
        <w:rPr>
          <w:rFonts w:cs="Times New Roman"/>
          <w:szCs w:val="24"/>
          <w:lang w:val="lt-LT"/>
        </w:rPr>
        <w:t>įsakymu Nr.</w:t>
      </w:r>
      <w:r w:rsidR="007A4F48" w:rsidRPr="007A4F48">
        <w:rPr>
          <w:rFonts w:cs="Times New Roman"/>
          <w:szCs w:val="24"/>
          <w:lang w:val="lt-LT"/>
        </w:rPr>
        <w:t xml:space="preserve"> </w:t>
      </w:r>
      <w:r w:rsidR="007A4F48" w:rsidRPr="007A4F48">
        <w:rPr>
          <w:rFonts w:cs="Times New Roman"/>
          <w:szCs w:val="24"/>
          <w:lang w:val="lt-LT"/>
        </w:rPr>
        <w:tab/>
        <w:t>I(1.6 E)-58</w:t>
      </w:r>
      <w:r>
        <w:rPr>
          <w:rFonts w:cs="Times New Roman"/>
          <w:szCs w:val="24"/>
          <w:lang w:val="lt-LT"/>
        </w:rPr>
        <w:t xml:space="preserve"> </w:t>
      </w:r>
    </w:p>
    <w:p w:rsidR="00987F26" w:rsidRPr="00993279" w:rsidRDefault="00031A94" w:rsidP="00993279">
      <w:pPr>
        <w:keepNext/>
        <w:tabs>
          <w:tab w:val="left" w:pos="5245"/>
        </w:tabs>
        <w:spacing w:before="280"/>
        <w:jc w:val="center"/>
        <w:rPr>
          <w:rFonts w:cs="Times New Roman"/>
          <w:szCs w:val="24"/>
          <w:lang w:val="lt-LT"/>
        </w:rPr>
      </w:pPr>
      <w:r w:rsidRPr="00993279">
        <w:rPr>
          <w:rFonts w:cs="Times New Roman"/>
          <w:b/>
          <w:szCs w:val="24"/>
          <w:lang w:val="lt-LT"/>
        </w:rPr>
        <w:t>MOBILIŲJŲ TELEFONŲ IR KITŲ GALINIŲ ĮRENGINIŲ NAUDOJIMO</w:t>
      </w:r>
    </w:p>
    <w:p w:rsidR="00987F26" w:rsidRPr="00993279" w:rsidRDefault="00031A94" w:rsidP="00993279">
      <w:pPr>
        <w:keepNext/>
        <w:tabs>
          <w:tab w:val="left" w:pos="5245"/>
        </w:tabs>
        <w:spacing w:after="200"/>
        <w:jc w:val="center"/>
        <w:rPr>
          <w:rFonts w:cs="Times New Roman"/>
          <w:szCs w:val="24"/>
          <w:lang w:val="lt-LT"/>
        </w:rPr>
      </w:pPr>
      <w:r w:rsidRPr="00993279">
        <w:rPr>
          <w:rFonts w:cs="Times New Roman"/>
          <w:b/>
          <w:szCs w:val="24"/>
          <w:lang w:val="lt-LT"/>
        </w:rPr>
        <w:t>ZARASŲ „LAKŠTINGALOS“ MOKYKLOJE TVARKA</w:t>
      </w:r>
    </w:p>
    <w:p w:rsidR="00987F26" w:rsidRPr="00993279" w:rsidRDefault="00031A94" w:rsidP="00993279">
      <w:pPr>
        <w:keepNext/>
        <w:tabs>
          <w:tab w:val="left" w:pos="5245"/>
        </w:tabs>
        <w:spacing w:before="200"/>
        <w:jc w:val="center"/>
        <w:rPr>
          <w:rFonts w:cs="Times New Roman"/>
          <w:szCs w:val="24"/>
          <w:lang w:val="lt-LT"/>
        </w:rPr>
      </w:pPr>
      <w:r w:rsidRPr="00993279">
        <w:rPr>
          <w:rFonts w:cs="Times New Roman"/>
          <w:b/>
          <w:szCs w:val="24"/>
          <w:lang w:val="lt-LT"/>
        </w:rPr>
        <w:t>I SKYRIUS</w:t>
      </w:r>
    </w:p>
    <w:p w:rsidR="00987F26" w:rsidRPr="00993279" w:rsidRDefault="00031A94" w:rsidP="00993279">
      <w:pPr>
        <w:keepNext/>
        <w:tabs>
          <w:tab w:val="left" w:pos="5245"/>
        </w:tabs>
        <w:spacing w:after="120"/>
        <w:jc w:val="center"/>
        <w:rPr>
          <w:rFonts w:cs="Times New Roman"/>
          <w:szCs w:val="24"/>
          <w:lang w:val="lt-LT"/>
        </w:rPr>
      </w:pPr>
      <w:r w:rsidRPr="00993279">
        <w:rPr>
          <w:rFonts w:cs="Times New Roman"/>
          <w:b/>
          <w:szCs w:val="24"/>
          <w:lang w:val="lt-LT"/>
        </w:rPr>
        <w:t>BENDROSIOS NUOSTATOS</w:t>
      </w:r>
    </w:p>
    <w:p w:rsidR="00987F26" w:rsidRPr="00993279" w:rsidRDefault="00031A94" w:rsidP="00993279">
      <w:pPr>
        <w:tabs>
          <w:tab w:val="left" w:pos="5245"/>
        </w:tabs>
        <w:ind w:firstLine="567"/>
        <w:jc w:val="both"/>
        <w:rPr>
          <w:rFonts w:cs="Times New Roman"/>
          <w:szCs w:val="24"/>
          <w:lang w:val="lt-LT"/>
        </w:rPr>
      </w:pPr>
      <w:r w:rsidRPr="00993279">
        <w:rPr>
          <w:rFonts w:cs="Times New Roman"/>
          <w:szCs w:val="24"/>
          <w:lang w:val="lt-LT"/>
        </w:rPr>
        <w:t>1. Mobiliųjų telefonų ir kitų galinių įrenginių naudojimo Zarasų „Lakštingalos“ mokykloje tvarka (toliau – Tvarka) nustato mokinių asmeninių mobiliųjų telefonų ir kitų galinių įrenginių (toliau kartu – asmeniniai informacinių technologijų įrenginiai) naudojimo, taip pat darbuotojų, vaikų tėvų (globėjų, rūpintojų) ir lankytojų mobiliųjų įrenginių naudojimo principus Zarasų „Lakštingalos“ mokykloje (toliau – Mokykla), jos teritorijoje ir Mokyklos organizuojamose ugdomosiose veiklose ne Mokyklos aplinkoje.</w:t>
      </w:r>
    </w:p>
    <w:p w:rsidR="00987F26" w:rsidRPr="00993279" w:rsidRDefault="00031A94" w:rsidP="00993279">
      <w:pPr>
        <w:tabs>
          <w:tab w:val="left" w:pos="5245"/>
        </w:tabs>
        <w:ind w:firstLine="567"/>
        <w:jc w:val="both"/>
        <w:rPr>
          <w:rFonts w:cs="Times New Roman"/>
          <w:szCs w:val="24"/>
          <w:lang w:val="lt-LT"/>
        </w:rPr>
      </w:pPr>
      <w:r w:rsidRPr="00993279">
        <w:rPr>
          <w:rFonts w:cs="Times New Roman"/>
          <w:szCs w:val="24"/>
          <w:lang w:val="lt-LT"/>
        </w:rPr>
        <w:t>2. Tvarkos tikslas – užtikrinti saugią, ugdymui palankią aplinką, skatinti atsakingą ir sąmoningą technologijų naudojimą, tiesioginį bendravimą, apsaugoti vaikų privatumą ir užtikrinti, kad mobilieji įrenginiai netrukdytų ugdymo procesui, vaikų priežiūrai ir darbuotojų pareigų vykdymui.</w:t>
      </w:r>
    </w:p>
    <w:p w:rsidR="00987F26" w:rsidRPr="00993279" w:rsidRDefault="00031A94" w:rsidP="00993279">
      <w:pPr>
        <w:tabs>
          <w:tab w:val="left" w:pos="5245"/>
        </w:tabs>
        <w:ind w:firstLine="567"/>
        <w:jc w:val="both"/>
        <w:rPr>
          <w:rFonts w:cs="Times New Roman"/>
          <w:szCs w:val="24"/>
          <w:lang w:val="lt-LT"/>
        </w:rPr>
      </w:pPr>
      <w:r w:rsidRPr="00993279">
        <w:rPr>
          <w:rFonts w:cs="Times New Roman"/>
          <w:szCs w:val="24"/>
          <w:lang w:val="lt-LT"/>
        </w:rPr>
        <w:t>3. Tvarka taikoma:</w:t>
      </w:r>
    </w:p>
    <w:p w:rsidR="00987F26" w:rsidRPr="00993279" w:rsidRDefault="00031A94" w:rsidP="00993279">
      <w:pPr>
        <w:tabs>
          <w:tab w:val="left" w:pos="5245"/>
        </w:tabs>
        <w:ind w:firstLine="567"/>
        <w:jc w:val="both"/>
        <w:rPr>
          <w:rFonts w:cs="Times New Roman"/>
          <w:szCs w:val="24"/>
          <w:lang w:val="lt-LT"/>
        </w:rPr>
      </w:pPr>
      <w:r w:rsidRPr="00993279">
        <w:rPr>
          <w:rFonts w:cs="Times New Roman"/>
          <w:szCs w:val="24"/>
          <w:lang w:val="lt-LT"/>
        </w:rPr>
        <w:t>3.1. ikimokyklinio ugdymo grupių vaikams, lavinamosios klasės ir socialinių įgūdžių klasės mokiniams;</w:t>
      </w:r>
    </w:p>
    <w:p w:rsidR="00987F26" w:rsidRPr="00993279" w:rsidRDefault="00031A94" w:rsidP="00993279">
      <w:pPr>
        <w:tabs>
          <w:tab w:val="left" w:pos="5245"/>
        </w:tabs>
        <w:ind w:firstLine="567"/>
        <w:jc w:val="both"/>
        <w:rPr>
          <w:rFonts w:cs="Times New Roman"/>
          <w:szCs w:val="24"/>
          <w:lang w:val="lt-LT"/>
        </w:rPr>
      </w:pPr>
      <w:r w:rsidRPr="00993279">
        <w:rPr>
          <w:rFonts w:cs="Times New Roman"/>
          <w:szCs w:val="24"/>
          <w:lang w:val="lt-LT"/>
        </w:rPr>
        <w:t>3.2. pedagoginiams ir nepedagoginiams darbuotojams;</w:t>
      </w:r>
    </w:p>
    <w:p w:rsidR="00987F26" w:rsidRPr="00993279" w:rsidRDefault="00031A94" w:rsidP="00993279">
      <w:pPr>
        <w:tabs>
          <w:tab w:val="left" w:pos="5245"/>
        </w:tabs>
        <w:ind w:firstLine="567"/>
        <w:jc w:val="both"/>
        <w:rPr>
          <w:rFonts w:cs="Times New Roman"/>
          <w:szCs w:val="24"/>
          <w:lang w:val="lt-LT"/>
        </w:rPr>
      </w:pPr>
      <w:r w:rsidRPr="00993279">
        <w:rPr>
          <w:rFonts w:cs="Times New Roman"/>
          <w:szCs w:val="24"/>
          <w:lang w:val="lt-LT"/>
        </w:rPr>
        <w:t>3.3. vaikų ir mokinių tėvams (globėjams, rūpintojams);</w:t>
      </w:r>
    </w:p>
    <w:p w:rsidR="00987F26" w:rsidRPr="00993279" w:rsidRDefault="00031A94" w:rsidP="00993279">
      <w:pPr>
        <w:tabs>
          <w:tab w:val="left" w:pos="5245"/>
        </w:tabs>
        <w:ind w:firstLine="567"/>
        <w:jc w:val="both"/>
        <w:rPr>
          <w:rFonts w:cs="Times New Roman"/>
          <w:szCs w:val="24"/>
          <w:lang w:val="lt-LT"/>
        </w:rPr>
      </w:pPr>
      <w:r w:rsidRPr="00993279">
        <w:rPr>
          <w:rFonts w:cs="Times New Roman"/>
          <w:szCs w:val="24"/>
          <w:lang w:val="lt-LT"/>
        </w:rPr>
        <w:t>3.4. Mokyklos lankytojams ir kitiems asmenims, esantiems Mokyklos patalpose ar teritorijoje.</w:t>
      </w:r>
    </w:p>
    <w:p w:rsidR="00987F26" w:rsidRPr="00993279" w:rsidRDefault="00031A94" w:rsidP="00993279">
      <w:pPr>
        <w:tabs>
          <w:tab w:val="left" w:pos="5245"/>
        </w:tabs>
        <w:ind w:firstLine="567"/>
        <w:jc w:val="both"/>
        <w:rPr>
          <w:rFonts w:cs="Times New Roman"/>
          <w:szCs w:val="24"/>
          <w:lang w:val="lt-LT"/>
        </w:rPr>
      </w:pPr>
      <w:r w:rsidRPr="00993279">
        <w:rPr>
          <w:rFonts w:cs="Times New Roman"/>
          <w:szCs w:val="24"/>
          <w:lang w:val="lt-LT"/>
        </w:rPr>
        <w:t>4. Tvarka parengta atsižvelgiant į Mokinių asmeninių mobiliųjų telefonų ir kitų galinių įrenginių naudojimo ikimokyklinio ugdymo ir bendrojo ugdymo mokykloje rekomendacijas, patvirtintas Lietuvos Respublikos švietimo, mokslo ir sporto ministro ir Lietuvos Respublikos sveikatos apsaugos ministro 2025 m. liepos 31 d. įsakymu Nr. V-807/V-726 „Dėl Mokinių asmeninių mobiliųjų telefonų ir kitų galinių įrenginių naudojimo ikimokyklinio ugdymo ir bendrojo ugdymo mokykloje rekomendacijų patvirtinimo“, taip pat vadovaujantis vaikų saugumo, privatumo ir asmens duomenų apsaugos principais.</w:t>
      </w:r>
    </w:p>
    <w:p w:rsidR="00987F26" w:rsidRPr="00D27370" w:rsidRDefault="00031A94" w:rsidP="00993279">
      <w:pPr>
        <w:tabs>
          <w:tab w:val="left" w:pos="5245"/>
        </w:tabs>
        <w:ind w:firstLine="567"/>
        <w:jc w:val="both"/>
        <w:rPr>
          <w:rFonts w:cs="Times New Roman"/>
          <w:szCs w:val="24"/>
          <w:lang w:val="lt-LT"/>
        </w:rPr>
      </w:pPr>
      <w:r w:rsidRPr="00993279">
        <w:rPr>
          <w:rFonts w:cs="Times New Roman"/>
          <w:szCs w:val="24"/>
          <w:lang w:val="lt-LT"/>
        </w:rPr>
        <w:t>5. Tvarkoje vartojama sąvoka</w:t>
      </w:r>
      <w:r w:rsidR="00D27370">
        <w:rPr>
          <w:rFonts w:cs="Times New Roman"/>
          <w:szCs w:val="24"/>
          <w:lang w:val="lt-LT"/>
        </w:rPr>
        <w:t xml:space="preserve"> „galinis įrenginys“ suprantama</w:t>
      </w:r>
      <w:r w:rsidR="00D27370" w:rsidRPr="00D27370">
        <w:rPr>
          <w:rFonts w:cs="Times New Roman"/>
          <w:szCs w:val="24"/>
          <w:lang w:val="lt-LT"/>
        </w:rPr>
        <w:t xml:space="preserve">: </w:t>
      </w:r>
      <w:r w:rsidR="00D27370" w:rsidRPr="00D27370">
        <w:rPr>
          <w:lang w:val="lt-LT"/>
        </w:rPr>
        <w:t>informacijai priimti ir (arba) perduoti skirtas įrenginys ar jo dalis, tiesiogiai ar netiesiogiai prijungiami prie viešųjų elektroninių ryšių tinklų. Kitos Tvarkoje vartojamos sąvokos suprantamos taip, kaip jos apibrėžtos Lietuvos Respublikos teisės aktuose.</w:t>
      </w:r>
    </w:p>
    <w:p w:rsidR="00987F26" w:rsidRPr="00993279" w:rsidRDefault="00031A94" w:rsidP="00993279">
      <w:pPr>
        <w:keepNext/>
        <w:tabs>
          <w:tab w:val="left" w:pos="5245"/>
        </w:tabs>
        <w:spacing w:before="200"/>
        <w:jc w:val="center"/>
        <w:rPr>
          <w:rFonts w:cs="Times New Roman"/>
          <w:szCs w:val="24"/>
          <w:lang w:val="lt-LT"/>
        </w:rPr>
      </w:pPr>
      <w:r w:rsidRPr="00993279">
        <w:rPr>
          <w:rFonts w:cs="Times New Roman"/>
          <w:b/>
          <w:szCs w:val="24"/>
          <w:lang w:val="lt-LT"/>
        </w:rPr>
        <w:t>II SKYRIUS</w:t>
      </w:r>
    </w:p>
    <w:p w:rsidR="00987F26" w:rsidRPr="00993279" w:rsidRDefault="00031A94" w:rsidP="00993279">
      <w:pPr>
        <w:keepNext/>
        <w:tabs>
          <w:tab w:val="left" w:pos="5245"/>
        </w:tabs>
        <w:spacing w:after="120"/>
        <w:jc w:val="center"/>
        <w:rPr>
          <w:rFonts w:cs="Times New Roman"/>
          <w:szCs w:val="24"/>
          <w:lang w:val="lt-LT"/>
        </w:rPr>
      </w:pPr>
      <w:r w:rsidRPr="00993279">
        <w:rPr>
          <w:rFonts w:cs="Times New Roman"/>
          <w:b/>
          <w:szCs w:val="24"/>
          <w:lang w:val="lt-LT"/>
        </w:rPr>
        <w:t>BENDRIEJI MOBILIŲJŲ ĮRENGINIŲ NAUDOJIMO PRINCIPAI</w:t>
      </w:r>
    </w:p>
    <w:p w:rsidR="00987F26" w:rsidRPr="00993279" w:rsidRDefault="00031A94" w:rsidP="00D27370">
      <w:pPr>
        <w:tabs>
          <w:tab w:val="left" w:pos="0"/>
          <w:tab w:val="left" w:pos="5245"/>
        </w:tabs>
        <w:ind w:firstLine="567"/>
        <w:jc w:val="both"/>
        <w:rPr>
          <w:rFonts w:cs="Times New Roman"/>
          <w:szCs w:val="24"/>
          <w:lang w:val="lt-LT"/>
        </w:rPr>
      </w:pPr>
      <w:r w:rsidRPr="00993279">
        <w:rPr>
          <w:rFonts w:cs="Times New Roman"/>
          <w:szCs w:val="24"/>
          <w:lang w:val="lt-LT"/>
        </w:rPr>
        <w:t>6. Mokykloje pirmenybė teikiama:</w:t>
      </w:r>
    </w:p>
    <w:p w:rsidR="00987F26" w:rsidRPr="00993279" w:rsidRDefault="00031A94" w:rsidP="00D27370">
      <w:pPr>
        <w:tabs>
          <w:tab w:val="left" w:pos="0"/>
          <w:tab w:val="left" w:pos="5245"/>
        </w:tabs>
        <w:ind w:left="567"/>
        <w:jc w:val="both"/>
        <w:rPr>
          <w:rFonts w:cs="Times New Roman"/>
          <w:szCs w:val="24"/>
          <w:lang w:val="lt-LT"/>
        </w:rPr>
      </w:pPr>
      <w:r w:rsidRPr="00993279">
        <w:rPr>
          <w:rFonts w:cs="Times New Roman"/>
          <w:szCs w:val="24"/>
          <w:lang w:val="lt-LT"/>
        </w:rPr>
        <w:t>6.1. tiesioginiam vaikų ir suaugusiųjų bendravimui;</w:t>
      </w:r>
    </w:p>
    <w:p w:rsidR="00987F26" w:rsidRPr="00993279" w:rsidRDefault="00031A94" w:rsidP="00D27370">
      <w:pPr>
        <w:tabs>
          <w:tab w:val="left" w:pos="0"/>
          <w:tab w:val="left" w:pos="5245"/>
        </w:tabs>
        <w:ind w:left="567"/>
        <w:jc w:val="both"/>
        <w:rPr>
          <w:rFonts w:cs="Times New Roman"/>
          <w:szCs w:val="24"/>
          <w:lang w:val="lt-LT"/>
        </w:rPr>
      </w:pPr>
      <w:r w:rsidRPr="00993279">
        <w:rPr>
          <w:rFonts w:cs="Times New Roman"/>
          <w:szCs w:val="24"/>
          <w:lang w:val="lt-LT"/>
        </w:rPr>
        <w:t>6.2. aktyviam vaikų dalyvavimui ugdymo veiklose;</w:t>
      </w:r>
    </w:p>
    <w:p w:rsidR="00987F26" w:rsidRPr="00993279" w:rsidRDefault="00031A94" w:rsidP="00D27370">
      <w:pPr>
        <w:tabs>
          <w:tab w:val="left" w:pos="0"/>
          <w:tab w:val="left" w:pos="5245"/>
        </w:tabs>
        <w:ind w:left="567"/>
        <w:jc w:val="both"/>
        <w:rPr>
          <w:rFonts w:cs="Times New Roman"/>
          <w:szCs w:val="24"/>
          <w:lang w:val="lt-LT"/>
        </w:rPr>
      </w:pPr>
      <w:r w:rsidRPr="00993279">
        <w:rPr>
          <w:rFonts w:cs="Times New Roman"/>
          <w:szCs w:val="24"/>
          <w:lang w:val="lt-LT"/>
        </w:rPr>
        <w:t>6.3. vaikų saugumui ir emocinei gerovei;</w:t>
      </w:r>
    </w:p>
    <w:p w:rsidR="00987F26" w:rsidRPr="00993279" w:rsidRDefault="00031A94" w:rsidP="00D27370">
      <w:pPr>
        <w:tabs>
          <w:tab w:val="left" w:pos="0"/>
          <w:tab w:val="left" w:pos="5245"/>
        </w:tabs>
        <w:ind w:left="567"/>
        <w:jc w:val="both"/>
        <w:rPr>
          <w:rFonts w:cs="Times New Roman"/>
          <w:szCs w:val="24"/>
          <w:lang w:val="lt-LT"/>
        </w:rPr>
      </w:pPr>
      <w:r w:rsidRPr="00993279">
        <w:rPr>
          <w:rFonts w:cs="Times New Roman"/>
          <w:szCs w:val="24"/>
          <w:lang w:val="lt-LT"/>
        </w:rPr>
        <w:t>6.4. vaikų privatumui ir asmens duomenų apsaugai;</w:t>
      </w:r>
    </w:p>
    <w:p w:rsidR="00987F26" w:rsidRPr="00993279" w:rsidRDefault="00031A94" w:rsidP="00D27370">
      <w:pPr>
        <w:tabs>
          <w:tab w:val="left" w:pos="0"/>
          <w:tab w:val="left" w:pos="5245"/>
        </w:tabs>
        <w:ind w:left="567"/>
        <w:jc w:val="both"/>
        <w:rPr>
          <w:rFonts w:cs="Times New Roman"/>
          <w:szCs w:val="24"/>
          <w:lang w:val="lt-LT"/>
        </w:rPr>
      </w:pPr>
      <w:r w:rsidRPr="00993279">
        <w:rPr>
          <w:rFonts w:cs="Times New Roman"/>
          <w:szCs w:val="24"/>
          <w:lang w:val="lt-LT"/>
        </w:rPr>
        <w:t>6.5. atsakingam, saugiam ir tikslingam technologijų naudojimui.</w:t>
      </w:r>
    </w:p>
    <w:p w:rsidR="00987F26" w:rsidRPr="00993279" w:rsidRDefault="00031A94" w:rsidP="00D27370">
      <w:pPr>
        <w:tabs>
          <w:tab w:val="left" w:pos="0"/>
          <w:tab w:val="left" w:pos="5245"/>
        </w:tabs>
        <w:ind w:firstLine="567"/>
        <w:jc w:val="both"/>
        <w:rPr>
          <w:rFonts w:cs="Times New Roman"/>
          <w:szCs w:val="24"/>
          <w:lang w:val="lt-LT"/>
        </w:rPr>
      </w:pPr>
      <w:r w:rsidRPr="00993279">
        <w:rPr>
          <w:rFonts w:cs="Times New Roman"/>
          <w:szCs w:val="24"/>
          <w:lang w:val="lt-LT"/>
        </w:rPr>
        <w:t>7. Asmeninių informacinių technologijų įrenginių naudojimas Mokykloje ribojamas taip, kad netrukdytų ugdymo procesui, vaikų bendravimui, poilsiui, darbuotojų pareigų atlikimui ir nekeltų grėsmės vaikų saugumui ar privatumui.</w:t>
      </w:r>
    </w:p>
    <w:p w:rsidR="00987F26" w:rsidRPr="00993279" w:rsidRDefault="00031A94" w:rsidP="00993279">
      <w:pPr>
        <w:keepNext/>
        <w:tabs>
          <w:tab w:val="left" w:pos="0"/>
          <w:tab w:val="left" w:pos="5245"/>
        </w:tabs>
        <w:spacing w:before="200"/>
        <w:jc w:val="center"/>
        <w:rPr>
          <w:rFonts w:cs="Times New Roman"/>
          <w:szCs w:val="24"/>
          <w:lang w:val="lt-LT"/>
        </w:rPr>
      </w:pPr>
      <w:r w:rsidRPr="00993279">
        <w:rPr>
          <w:rFonts w:cs="Times New Roman"/>
          <w:b/>
          <w:szCs w:val="24"/>
          <w:lang w:val="lt-LT"/>
        </w:rPr>
        <w:lastRenderedPageBreak/>
        <w:t>III SKYRIUS</w:t>
      </w:r>
    </w:p>
    <w:p w:rsidR="00987F26" w:rsidRPr="00993279" w:rsidRDefault="00031A94" w:rsidP="00993279">
      <w:pPr>
        <w:keepNext/>
        <w:tabs>
          <w:tab w:val="left" w:pos="0"/>
          <w:tab w:val="left" w:pos="5245"/>
        </w:tabs>
        <w:spacing w:after="120"/>
        <w:jc w:val="center"/>
        <w:rPr>
          <w:rFonts w:cs="Times New Roman"/>
          <w:szCs w:val="24"/>
          <w:lang w:val="lt-LT"/>
        </w:rPr>
      </w:pPr>
      <w:r w:rsidRPr="00993279">
        <w:rPr>
          <w:rFonts w:cs="Times New Roman"/>
          <w:b/>
          <w:szCs w:val="24"/>
          <w:lang w:val="lt-LT"/>
        </w:rPr>
        <w:t>VAIKŲ IR MOKINIŲ NAUDOJIMASIS ASMENINIAIS INFORMACINIŲ TECHNOLOGIJŲ ĮRENGINIAIS</w:t>
      </w:r>
    </w:p>
    <w:p w:rsidR="00987F26" w:rsidRPr="00993279" w:rsidRDefault="00031A94" w:rsidP="00993279">
      <w:pPr>
        <w:tabs>
          <w:tab w:val="left" w:pos="0"/>
          <w:tab w:val="left" w:pos="5245"/>
        </w:tabs>
        <w:ind w:firstLine="567"/>
        <w:jc w:val="both"/>
        <w:rPr>
          <w:rFonts w:cs="Times New Roman"/>
          <w:szCs w:val="24"/>
          <w:lang w:val="lt-LT"/>
        </w:rPr>
      </w:pPr>
      <w:r w:rsidRPr="00993279">
        <w:rPr>
          <w:rFonts w:cs="Times New Roman"/>
          <w:szCs w:val="24"/>
          <w:lang w:val="lt-LT"/>
        </w:rPr>
        <w:t>8. Atsižvelgiant į Mokyklos ugdytinių amžių ir ugdymo kontekstą, vaikams ir mokiniams rekomenduojama asmeninių informacinių technologijų įrenginių į Mokyklą nesinešti.</w:t>
      </w:r>
    </w:p>
    <w:p w:rsidR="00987F26" w:rsidRPr="00993279" w:rsidRDefault="00031A94" w:rsidP="00993279">
      <w:pPr>
        <w:tabs>
          <w:tab w:val="left" w:pos="0"/>
          <w:tab w:val="left" w:pos="5245"/>
        </w:tabs>
        <w:ind w:firstLine="567"/>
        <w:jc w:val="both"/>
        <w:rPr>
          <w:rFonts w:cs="Times New Roman"/>
          <w:szCs w:val="24"/>
          <w:lang w:val="lt-LT"/>
        </w:rPr>
      </w:pPr>
      <w:r w:rsidRPr="00993279">
        <w:rPr>
          <w:rFonts w:cs="Times New Roman"/>
          <w:szCs w:val="24"/>
          <w:lang w:val="lt-LT"/>
        </w:rPr>
        <w:t>9. Kai dėl objektyvių aplinkybių asmeninis informacinių technologijų įrenginys atsinešamas į Mokyklą, ugdymo metu jis laikomas vaiko ar mokinio kuprinėje, krepšyje ar kitoje jo asmeniniams daiktams skirtoje vietoje, išjungtas arba nustatytas begarsis režimas.</w:t>
      </w:r>
    </w:p>
    <w:p w:rsidR="00987F26" w:rsidRPr="00993279" w:rsidRDefault="00031A94" w:rsidP="00993279">
      <w:pPr>
        <w:tabs>
          <w:tab w:val="left" w:pos="0"/>
          <w:tab w:val="left" w:pos="5245"/>
        </w:tabs>
        <w:ind w:firstLine="567"/>
        <w:jc w:val="both"/>
        <w:rPr>
          <w:rFonts w:cs="Times New Roman"/>
          <w:szCs w:val="24"/>
          <w:lang w:val="lt-LT"/>
        </w:rPr>
      </w:pPr>
      <w:r w:rsidRPr="00993279">
        <w:rPr>
          <w:rFonts w:cs="Times New Roman"/>
          <w:szCs w:val="24"/>
          <w:lang w:val="lt-LT"/>
        </w:rPr>
        <w:t>10. Asmeninių informacinių technologijų įrenginių naudojimo ribojimas netaikomas:</w:t>
      </w:r>
    </w:p>
    <w:p w:rsidR="00987F26" w:rsidRPr="00993279" w:rsidRDefault="00031A94" w:rsidP="00993279">
      <w:pPr>
        <w:tabs>
          <w:tab w:val="left" w:pos="0"/>
          <w:tab w:val="left" w:pos="5245"/>
        </w:tabs>
        <w:ind w:firstLine="567"/>
        <w:jc w:val="both"/>
        <w:rPr>
          <w:rFonts w:cs="Times New Roman"/>
          <w:szCs w:val="24"/>
          <w:lang w:val="lt-LT"/>
        </w:rPr>
      </w:pPr>
      <w:r w:rsidRPr="00993279">
        <w:rPr>
          <w:rFonts w:cs="Times New Roman"/>
          <w:szCs w:val="24"/>
          <w:lang w:val="lt-LT"/>
        </w:rPr>
        <w:t>10.1. kai vaikui ar mokiniui dėl sveikatos ar kitų objektyvių aplinkybių būtina naudotis asmeniniu informacinių technologijų įrenginiu;</w:t>
      </w:r>
    </w:p>
    <w:p w:rsidR="00987F26" w:rsidRPr="00993279" w:rsidRDefault="00031A94" w:rsidP="00993279">
      <w:pPr>
        <w:tabs>
          <w:tab w:val="left" w:pos="0"/>
          <w:tab w:val="left" w:pos="5245"/>
        </w:tabs>
        <w:ind w:firstLine="567"/>
        <w:jc w:val="both"/>
        <w:rPr>
          <w:rFonts w:cs="Times New Roman"/>
          <w:szCs w:val="24"/>
          <w:lang w:val="lt-LT"/>
        </w:rPr>
      </w:pPr>
      <w:r w:rsidRPr="00993279">
        <w:rPr>
          <w:rFonts w:cs="Times New Roman"/>
          <w:szCs w:val="24"/>
          <w:lang w:val="lt-LT"/>
        </w:rPr>
        <w:t>10.2. kai reikia nedelsiant susisiekti su tėvais (globėjais, rūpintojais) ar pagalbos tarnybomis.</w:t>
      </w:r>
    </w:p>
    <w:p w:rsidR="00987F26" w:rsidRPr="00993279" w:rsidRDefault="00031A94" w:rsidP="00993279">
      <w:pPr>
        <w:tabs>
          <w:tab w:val="left" w:pos="0"/>
          <w:tab w:val="left" w:pos="5245"/>
        </w:tabs>
        <w:ind w:firstLine="567"/>
        <w:jc w:val="both"/>
        <w:rPr>
          <w:rFonts w:cs="Times New Roman"/>
          <w:szCs w:val="24"/>
          <w:lang w:val="lt-LT"/>
        </w:rPr>
      </w:pPr>
      <w:r w:rsidRPr="00993279">
        <w:rPr>
          <w:rFonts w:cs="Times New Roman"/>
          <w:szCs w:val="24"/>
          <w:lang w:val="lt-LT"/>
        </w:rPr>
        <w:t>11. Vaikui ar mokiniui prireikus susisiekti su tėvais (globėjais, rūpintojais), jis tai daro padedamas pedagogo arba kitu Mokykloje nustatytu būdu, išskyrus neatidėliotinus atvejus.</w:t>
      </w:r>
    </w:p>
    <w:p w:rsidR="00987F26" w:rsidRPr="00993279" w:rsidRDefault="00031A94" w:rsidP="00993279">
      <w:pPr>
        <w:tabs>
          <w:tab w:val="left" w:pos="0"/>
          <w:tab w:val="left" w:pos="5245"/>
        </w:tabs>
        <w:ind w:firstLine="567"/>
        <w:jc w:val="both"/>
        <w:rPr>
          <w:rFonts w:cs="Times New Roman"/>
          <w:szCs w:val="24"/>
          <w:lang w:val="lt-LT"/>
        </w:rPr>
      </w:pPr>
      <w:r w:rsidRPr="00993279">
        <w:rPr>
          <w:rFonts w:cs="Times New Roman"/>
          <w:szCs w:val="24"/>
          <w:lang w:val="lt-LT"/>
        </w:rPr>
        <w:t>12. Vaikams ir mokiniams draudžiama asmeniniais informacinių technologijų įrenginiais be teisėto pagrindo fotografuoti, filmuoti ar daryti kitų vaikų, mokinių ar darbuotojų garso įrašus, taip pat naudotis įrenginiais siekiant tyčiotis, žeminti, grasinti, provokuoti ar kitaip pažeisti kito asmens teises.</w:t>
      </w:r>
    </w:p>
    <w:p w:rsidR="00987F26" w:rsidRPr="00993279" w:rsidRDefault="00031A94" w:rsidP="00993279">
      <w:pPr>
        <w:tabs>
          <w:tab w:val="left" w:pos="0"/>
          <w:tab w:val="left" w:pos="5245"/>
        </w:tabs>
        <w:ind w:firstLine="567"/>
        <w:jc w:val="both"/>
        <w:rPr>
          <w:rFonts w:cs="Times New Roman"/>
          <w:szCs w:val="24"/>
          <w:lang w:val="lt-LT"/>
        </w:rPr>
      </w:pPr>
      <w:r w:rsidRPr="00993279">
        <w:rPr>
          <w:rFonts w:cs="Times New Roman"/>
          <w:szCs w:val="24"/>
          <w:lang w:val="lt-LT"/>
        </w:rPr>
        <w:t>13. Mokykla neatsako už vaiko ar mokinio atsinešto asmeninio informacinių technologijų įrenginio sugadinimą, praradimą ar kitą žalą, jeigu įrenginys buvo atsineštas vaiko, mokinio ar jo tėvų (globėjų, rūpintojų) iniciatyva ir nebuvo perduotas Mokyklos darbuotojui saugoti.</w:t>
      </w:r>
    </w:p>
    <w:p w:rsidR="00987F26" w:rsidRPr="00993279" w:rsidRDefault="00031A94" w:rsidP="00993279">
      <w:pPr>
        <w:keepNext/>
        <w:tabs>
          <w:tab w:val="left" w:pos="851"/>
          <w:tab w:val="left" w:pos="5245"/>
        </w:tabs>
        <w:spacing w:before="200"/>
        <w:ind w:firstLine="567"/>
        <w:jc w:val="center"/>
        <w:rPr>
          <w:rFonts w:cs="Times New Roman"/>
          <w:szCs w:val="24"/>
          <w:lang w:val="lt-LT"/>
        </w:rPr>
      </w:pPr>
      <w:r w:rsidRPr="00993279">
        <w:rPr>
          <w:rFonts w:cs="Times New Roman"/>
          <w:b/>
          <w:szCs w:val="24"/>
          <w:lang w:val="lt-LT"/>
        </w:rPr>
        <w:t>IV SKYRIUS</w:t>
      </w:r>
    </w:p>
    <w:p w:rsidR="00987F26" w:rsidRPr="00993279" w:rsidRDefault="00031A94" w:rsidP="00993279">
      <w:pPr>
        <w:keepNext/>
        <w:tabs>
          <w:tab w:val="left" w:pos="851"/>
          <w:tab w:val="left" w:pos="5245"/>
        </w:tabs>
        <w:spacing w:after="120"/>
        <w:ind w:firstLine="567"/>
        <w:jc w:val="center"/>
        <w:rPr>
          <w:rFonts w:cs="Times New Roman"/>
          <w:szCs w:val="24"/>
          <w:lang w:val="lt-LT"/>
        </w:rPr>
      </w:pPr>
      <w:r w:rsidRPr="00993279">
        <w:rPr>
          <w:rFonts w:cs="Times New Roman"/>
          <w:b/>
          <w:szCs w:val="24"/>
          <w:lang w:val="lt-LT"/>
        </w:rPr>
        <w:t>DARBUOTOJŲ NAUDOJIMASIS MOBILIAISIAIS ĮRENGINIAIS</w:t>
      </w:r>
    </w:p>
    <w:p w:rsidR="00987F26" w:rsidRPr="00993279" w:rsidRDefault="00031A94" w:rsidP="00993279">
      <w:pPr>
        <w:tabs>
          <w:tab w:val="left" w:pos="851"/>
          <w:tab w:val="left" w:pos="5245"/>
        </w:tabs>
        <w:ind w:firstLine="567"/>
        <w:jc w:val="both"/>
        <w:rPr>
          <w:rFonts w:cs="Times New Roman"/>
          <w:szCs w:val="24"/>
          <w:lang w:val="lt-LT"/>
        </w:rPr>
      </w:pPr>
      <w:r w:rsidRPr="00993279">
        <w:rPr>
          <w:rFonts w:cs="Times New Roman"/>
          <w:szCs w:val="24"/>
          <w:lang w:val="lt-LT"/>
        </w:rPr>
        <w:t>14. Darbuotojai darbo metu mobiliuosius įrenginius naudoja atsakingai ir taip, kad jų naudojimas netrukdytų tiesioginiam darbui su vaikais ir mokiniais, jų priežiūrai, saugumui ir darbuotojo pareigų vykdymui.</w:t>
      </w:r>
    </w:p>
    <w:p w:rsidR="00987F26" w:rsidRPr="00993279" w:rsidRDefault="00031A94" w:rsidP="00993279">
      <w:pPr>
        <w:tabs>
          <w:tab w:val="left" w:pos="851"/>
          <w:tab w:val="left" w:pos="5245"/>
        </w:tabs>
        <w:ind w:firstLine="567"/>
        <w:jc w:val="both"/>
        <w:rPr>
          <w:rFonts w:cs="Times New Roman"/>
          <w:szCs w:val="24"/>
          <w:lang w:val="lt-LT"/>
        </w:rPr>
      </w:pPr>
      <w:r w:rsidRPr="00993279">
        <w:rPr>
          <w:rFonts w:cs="Times New Roman"/>
          <w:szCs w:val="24"/>
          <w:lang w:val="lt-LT"/>
        </w:rPr>
        <w:t>15. Pedagogai ugdymo metu asmeniniais mobiliaisiais įrenginiais asmeniniais tikslais nesinaudoja, išskyrus būtinus ir neatidėliotinus atvejus.</w:t>
      </w:r>
    </w:p>
    <w:p w:rsidR="00987F26" w:rsidRPr="00993279" w:rsidRDefault="00031A94" w:rsidP="00993279">
      <w:pPr>
        <w:tabs>
          <w:tab w:val="left" w:pos="0"/>
          <w:tab w:val="left" w:pos="5245"/>
        </w:tabs>
        <w:ind w:firstLine="567"/>
        <w:jc w:val="both"/>
        <w:rPr>
          <w:rFonts w:cs="Times New Roman"/>
          <w:szCs w:val="24"/>
          <w:lang w:val="lt-LT"/>
        </w:rPr>
      </w:pPr>
      <w:r w:rsidRPr="00993279">
        <w:rPr>
          <w:rFonts w:cs="Times New Roman"/>
          <w:szCs w:val="24"/>
          <w:lang w:val="lt-LT"/>
        </w:rPr>
        <w:t>16. Darbuotojas gali naudotis mobiliuoju įrenginiu darbo reikmėms, kai tai susiję su:</w:t>
      </w:r>
    </w:p>
    <w:p w:rsidR="00987F26" w:rsidRPr="00993279" w:rsidRDefault="00031A94" w:rsidP="00993279">
      <w:pPr>
        <w:tabs>
          <w:tab w:val="left" w:pos="0"/>
          <w:tab w:val="left" w:pos="5245"/>
        </w:tabs>
        <w:ind w:firstLine="567"/>
        <w:jc w:val="both"/>
        <w:rPr>
          <w:rFonts w:cs="Times New Roman"/>
          <w:szCs w:val="24"/>
          <w:lang w:val="lt-LT"/>
        </w:rPr>
      </w:pPr>
      <w:r w:rsidRPr="00993279">
        <w:rPr>
          <w:rFonts w:cs="Times New Roman"/>
          <w:szCs w:val="24"/>
          <w:lang w:val="lt-LT"/>
        </w:rPr>
        <w:t>16.1. vaikų ir mokinių ugdymu;</w:t>
      </w:r>
    </w:p>
    <w:p w:rsidR="00987F26" w:rsidRPr="00993279" w:rsidRDefault="00031A94" w:rsidP="00993279">
      <w:pPr>
        <w:tabs>
          <w:tab w:val="left" w:pos="0"/>
          <w:tab w:val="left" w:pos="5245"/>
        </w:tabs>
        <w:ind w:firstLine="567"/>
        <w:jc w:val="both"/>
        <w:rPr>
          <w:rFonts w:cs="Times New Roman"/>
          <w:szCs w:val="24"/>
          <w:lang w:val="lt-LT"/>
        </w:rPr>
      </w:pPr>
      <w:r w:rsidRPr="00993279">
        <w:rPr>
          <w:rFonts w:cs="Times New Roman"/>
          <w:szCs w:val="24"/>
          <w:lang w:val="lt-LT"/>
        </w:rPr>
        <w:t>16.2. komunikacija su Mokyklos administracija ir kitais darbuotojais darbo klausimais;</w:t>
      </w:r>
    </w:p>
    <w:p w:rsidR="00987F26" w:rsidRPr="00993279" w:rsidRDefault="00031A94" w:rsidP="00993279">
      <w:pPr>
        <w:tabs>
          <w:tab w:val="left" w:pos="0"/>
          <w:tab w:val="left" w:pos="5245"/>
        </w:tabs>
        <w:ind w:firstLine="567"/>
        <w:jc w:val="both"/>
        <w:rPr>
          <w:rFonts w:cs="Times New Roman"/>
          <w:szCs w:val="24"/>
          <w:lang w:val="lt-LT"/>
        </w:rPr>
      </w:pPr>
      <w:r w:rsidRPr="00993279">
        <w:rPr>
          <w:rFonts w:cs="Times New Roman"/>
          <w:szCs w:val="24"/>
          <w:lang w:val="lt-LT"/>
        </w:rPr>
        <w:t>16.3. vaikų ir mokinių saugumo užtikrinimu;</w:t>
      </w:r>
    </w:p>
    <w:p w:rsidR="00987F26" w:rsidRPr="00993279" w:rsidRDefault="00031A94" w:rsidP="00993279">
      <w:pPr>
        <w:tabs>
          <w:tab w:val="left" w:pos="0"/>
          <w:tab w:val="left" w:pos="5245"/>
        </w:tabs>
        <w:ind w:firstLine="567"/>
        <w:jc w:val="both"/>
        <w:rPr>
          <w:rFonts w:cs="Times New Roman"/>
          <w:szCs w:val="24"/>
          <w:lang w:val="lt-LT"/>
        </w:rPr>
      </w:pPr>
      <w:r w:rsidRPr="00993279">
        <w:rPr>
          <w:rFonts w:cs="Times New Roman"/>
          <w:szCs w:val="24"/>
          <w:lang w:val="lt-LT"/>
        </w:rPr>
        <w:t>16.4. skubia komunikacija;</w:t>
      </w:r>
    </w:p>
    <w:p w:rsidR="00987F26" w:rsidRPr="00993279" w:rsidRDefault="00031A94" w:rsidP="00993279">
      <w:pPr>
        <w:tabs>
          <w:tab w:val="left" w:pos="0"/>
          <w:tab w:val="left" w:pos="5245"/>
        </w:tabs>
        <w:ind w:firstLine="567"/>
        <w:jc w:val="both"/>
        <w:rPr>
          <w:rFonts w:cs="Times New Roman"/>
          <w:szCs w:val="24"/>
          <w:lang w:val="lt-LT"/>
        </w:rPr>
      </w:pPr>
      <w:r w:rsidRPr="00993279">
        <w:rPr>
          <w:rFonts w:cs="Times New Roman"/>
          <w:szCs w:val="24"/>
          <w:lang w:val="lt-LT"/>
        </w:rPr>
        <w:t>16.5. ugdomosios veiklos dokumentavimu, kai laikomasi asmens duomenų apsaugos reikalavimų ir Mokykloje nustatytos fotografavimo bei filmavimo tvarkos.</w:t>
      </w:r>
    </w:p>
    <w:p w:rsidR="00987F26" w:rsidRPr="00993279" w:rsidRDefault="00031A94" w:rsidP="00993279">
      <w:pPr>
        <w:tabs>
          <w:tab w:val="left" w:pos="0"/>
          <w:tab w:val="left" w:pos="5245"/>
        </w:tabs>
        <w:ind w:firstLine="567"/>
        <w:jc w:val="both"/>
        <w:rPr>
          <w:rFonts w:cs="Times New Roman"/>
          <w:szCs w:val="24"/>
          <w:lang w:val="lt-LT"/>
        </w:rPr>
      </w:pPr>
      <w:r w:rsidRPr="00993279">
        <w:rPr>
          <w:rFonts w:cs="Times New Roman"/>
          <w:szCs w:val="24"/>
          <w:lang w:val="lt-LT"/>
        </w:rPr>
        <w:t>17. Darbuotojas, būdamas atsakingas už vaikų ar mokinių priežiūrą, negali dėl naudojimosi mobiliuoju įrenginiu prarasti galimybės tinkamai juos stebėti ir prižiūrėti.</w:t>
      </w:r>
    </w:p>
    <w:p w:rsidR="00987F26" w:rsidRPr="00993279" w:rsidRDefault="00031A94" w:rsidP="00993279">
      <w:pPr>
        <w:tabs>
          <w:tab w:val="left" w:pos="0"/>
          <w:tab w:val="left" w:pos="5245"/>
        </w:tabs>
        <w:ind w:firstLine="567"/>
        <w:jc w:val="both"/>
        <w:rPr>
          <w:rFonts w:cs="Times New Roman"/>
          <w:szCs w:val="24"/>
          <w:lang w:val="lt-LT"/>
        </w:rPr>
      </w:pPr>
      <w:r w:rsidRPr="00993279">
        <w:rPr>
          <w:rFonts w:cs="Times New Roman"/>
          <w:szCs w:val="24"/>
          <w:lang w:val="lt-LT"/>
        </w:rPr>
        <w:t>18. Darbuotojams darbo metu draudžiama:</w:t>
      </w:r>
    </w:p>
    <w:p w:rsidR="00987F26" w:rsidRPr="00993279" w:rsidRDefault="00031A94" w:rsidP="00993279">
      <w:pPr>
        <w:tabs>
          <w:tab w:val="left" w:pos="0"/>
          <w:tab w:val="left" w:pos="5245"/>
        </w:tabs>
        <w:ind w:firstLine="567"/>
        <w:jc w:val="both"/>
        <w:rPr>
          <w:rFonts w:cs="Times New Roman"/>
          <w:szCs w:val="24"/>
          <w:lang w:val="lt-LT"/>
        </w:rPr>
      </w:pPr>
      <w:r w:rsidRPr="00993279">
        <w:rPr>
          <w:rFonts w:cs="Times New Roman"/>
          <w:szCs w:val="24"/>
          <w:lang w:val="lt-LT"/>
        </w:rPr>
        <w:t>18.1. be su darbu susijusio poreikio naršyti socialiniuose tinkluose ar interneto svetainėse;</w:t>
      </w:r>
    </w:p>
    <w:p w:rsidR="00987F26" w:rsidRPr="00993279" w:rsidRDefault="00031A94" w:rsidP="00993279">
      <w:pPr>
        <w:tabs>
          <w:tab w:val="left" w:pos="0"/>
          <w:tab w:val="left" w:pos="5245"/>
        </w:tabs>
        <w:ind w:firstLine="567"/>
        <w:jc w:val="both"/>
        <w:rPr>
          <w:rFonts w:cs="Times New Roman"/>
          <w:szCs w:val="24"/>
          <w:lang w:val="lt-LT"/>
        </w:rPr>
      </w:pPr>
      <w:r w:rsidRPr="00993279">
        <w:rPr>
          <w:rFonts w:cs="Times New Roman"/>
          <w:szCs w:val="24"/>
          <w:lang w:val="lt-LT"/>
        </w:rPr>
        <w:t>18.2. žaisti žaidimus ar naudotis mobiliuoju įrenginiu kitais asmeniniais tikslais, jeigu dėl to nukenčia darbo kokybė, vaikų ar mokinių priežiūra;</w:t>
      </w:r>
    </w:p>
    <w:p w:rsidR="00987F26" w:rsidRPr="00993279" w:rsidRDefault="00031A94" w:rsidP="00993279">
      <w:pPr>
        <w:tabs>
          <w:tab w:val="left" w:pos="0"/>
          <w:tab w:val="left" w:pos="5245"/>
        </w:tabs>
        <w:ind w:firstLine="567"/>
        <w:jc w:val="both"/>
        <w:rPr>
          <w:rFonts w:cs="Times New Roman"/>
          <w:szCs w:val="24"/>
          <w:lang w:val="lt-LT"/>
        </w:rPr>
      </w:pPr>
      <w:r w:rsidRPr="00993279">
        <w:rPr>
          <w:rFonts w:cs="Times New Roman"/>
          <w:szCs w:val="24"/>
          <w:lang w:val="lt-LT"/>
        </w:rPr>
        <w:t>18.3. fotografuoti, filmuoti ar daryti vaikų ir mokinių garso įrašus asmeniniais tikslais;</w:t>
      </w:r>
    </w:p>
    <w:p w:rsidR="00987F26" w:rsidRPr="00993279" w:rsidRDefault="00031A94" w:rsidP="00993279">
      <w:pPr>
        <w:tabs>
          <w:tab w:val="left" w:pos="0"/>
          <w:tab w:val="left" w:pos="5245"/>
        </w:tabs>
        <w:ind w:firstLine="567"/>
        <w:jc w:val="both"/>
        <w:rPr>
          <w:rFonts w:cs="Times New Roman"/>
          <w:szCs w:val="24"/>
          <w:lang w:val="lt-LT"/>
        </w:rPr>
      </w:pPr>
      <w:r w:rsidRPr="00993279">
        <w:rPr>
          <w:rFonts w:cs="Times New Roman"/>
          <w:szCs w:val="24"/>
          <w:lang w:val="lt-LT"/>
        </w:rPr>
        <w:t>18.4. perduoti vaikų ar mokinių nuotraukas, vaizdo ar garso įrašus tretiesiems asmenims, kai tam nėra teisėto pagrindo.</w:t>
      </w:r>
    </w:p>
    <w:p w:rsidR="00987F26" w:rsidRPr="00993279" w:rsidRDefault="00031A94" w:rsidP="00993279">
      <w:pPr>
        <w:tabs>
          <w:tab w:val="left" w:pos="0"/>
          <w:tab w:val="left" w:pos="5245"/>
        </w:tabs>
        <w:ind w:firstLine="567"/>
        <w:jc w:val="both"/>
        <w:rPr>
          <w:rFonts w:cs="Times New Roman"/>
          <w:szCs w:val="24"/>
          <w:lang w:val="lt-LT"/>
        </w:rPr>
      </w:pPr>
      <w:r w:rsidRPr="00993279">
        <w:rPr>
          <w:rFonts w:cs="Times New Roman"/>
          <w:szCs w:val="24"/>
          <w:lang w:val="lt-LT"/>
        </w:rPr>
        <w:t>19. Darbuotojas gali atsakyti į asmeninį skubų skambutį ar pranešimą, jeigu tai netrukdo vaikų ar mokinių priežiūrai ir ugdymo procesui.</w:t>
      </w:r>
    </w:p>
    <w:p w:rsidR="00987F26" w:rsidRPr="00993279" w:rsidRDefault="00031A94" w:rsidP="00993279">
      <w:pPr>
        <w:keepNext/>
        <w:tabs>
          <w:tab w:val="left" w:pos="851"/>
          <w:tab w:val="left" w:pos="5245"/>
        </w:tabs>
        <w:spacing w:before="200"/>
        <w:ind w:firstLine="567"/>
        <w:jc w:val="center"/>
        <w:rPr>
          <w:rFonts w:cs="Times New Roman"/>
          <w:szCs w:val="24"/>
          <w:lang w:val="lt-LT"/>
        </w:rPr>
      </w:pPr>
      <w:r w:rsidRPr="00993279">
        <w:rPr>
          <w:rFonts w:cs="Times New Roman"/>
          <w:b/>
          <w:szCs w:val="24"/>
          <w:lang w:val="lt-LT"/>
        </w:rPr>
        <w:lastRenderedPageBreak/>
        <w:t>V SKYRIUS</w:t>
      </w:r>
    </w:p>
    <w:p w:rsidR="00987F26" w:rsidRPr="00993279" w:rsidRDefault="00031A94" w:rsidP="00993279">
      <w:pPr>
        <w:keepNext/>
        <w:tabs>
          <w:tab w:val="left" w:pos="851"/>
          <w:tab w:val="left" w:pos="5245"/>
        </w:tabs>
        <w:spacing w:after="120"/>
        <w:ind w:firstLine="567"/>
        <w:jc w:val="center"/>
        <w:rPr>
          <w:rFonts w:cs="Times New Roman"/>
          <w:szCs w:val="24"/>
          <w:lang w:val="lt-LT"/>
        </w:rPr>
      </w:pPr>
      <w:r w:rsidRPr="00993279">
        <w:rPr>
          <w:rFonts w:cs="Times New Roman"/>
          <w:b/>
          <w:szCs w:val="24"/>
          <w:lang w:val="lt-LT"/>
        </w:rPr>
        <w:t>FOTOGRAFAVIMAS, FILMAVIMAS IR GARSO ĮRAŠŲ DARYMAS</w:t>
      </w:r>
    </w:p>
    <w:p w:rsidR="00987F26" w:rsidRPr="00993279" w:rsidRDefault="00031A94" w:rsidP="00993279">
      <w:pPr>
        <w:tabs>
          <w:tab w:val="left" w:pos="851"/>
          <w:tab w:val="left" w:pos="5245"/>
        </w:tabs>
        <w:ind w:firstLine="567"/>
        <w:jc w:val="both"/>
        <w:rPr>
          <w:rFonts w:cs="Times New Roman"/>
          <w:szCs w:val="24"/>
          <w:lang w:val="lt-LT"/>
        </w:rPr>
      </w:pPr>
      <w:r w:rsidRPr="00993279">
        <w:rPr>
          <w:rFonts w:cs="Times New Roman"/>
          <w:szCs w:val="24"/>
          <w:lang w:val="lt-LT"/>
        </w:rPr>
        <w:t>20. Vaikų ir mokinių fotografavimas, filmavimas ir garso įrašų darymas vykdomas tik teisėtais tikslais ir laikantis asmens duomenų apsaugos reikalavimų.</w:t>
      </w:r>
    </w:p>
    <w:p w:rsidR="00987F26" w:rsidRPr="00993279" w:rsidRDefault="00031A94" w:rsidP="00993279">
      <w:pPr>
        <w:tabs>
          <w:tab w:val="left" w:pos="851"/>
          <w:tab w:val="left" w:pos="5245"/>
        </w:tabs>
        <w:ind w:firstLine="567"/>
        <w:jc w:val="both"/>
        <w:rPr>
          <w:rFonts w:cs="Times New Roman"/>
          <w:szCs w:val="24"/>
          <w:lang w:val="lt-LT"/>
        </w:rPr>
      </w:pPr>
      <w:r w:rsidRPr="00993279">
        <w:rPr>
          <w:rFonts w:cs="Times New Roman"/>
          <w:szCs w:val="24"/>
          <w:lang w:val="lt-LT"/>
        </w:rPr>
        <w:t>21. Vaikų ir mokinių atvaizdai, vaizdo ir garso įrašai gali būti naudojami ugdymo, veiklos dokumentavimo, bendruomenės informavimo ar kitais teisėtais tikslais tik esant atitinkamam teisiniam pagrindui.</w:t>
      </w:r>
    </w:p>
    <w:p w:rsidR="00987F26" w:rsidRPr="00993279" w:rsidRDefault="00031A94" w:rsidP="00993279">
      <w:pPr>
        <w:tabs>
          <w:tab w:val="left" w:pos="851"/>
          <w:tab w:val="left" w:pos="5245"/>
        </w:tabs>
        <w:ind w:firstLine="567"/>
        <w:jc w:val="both"/>
        <w:rPr>
          <w:rFonts w:cs="Times New Roman"/>
          <w:szCs w:val="24"/>
          <w:lang w:val="lt-LT"/>
        </w:rPr>
      </w:pPr>
      <w:r w:rsidRPr="00993279">
        <w:rPr>
          <w:rFonts w:cs="Times New Roman"/>
          <w:szCs w:val="24"/>
          <w:lang w:val="lt-LT"/>
        </w:rPr>
        <w:t>22. Asmeniniais darbuotojų ar kitų asmenų mobiliaisiais įrenginiais vaikų ir mokinių fotografuoti, filmuoti ar daryti jų garso įrašus asmeniniais tikslais draudžiama.</w:t>
      </w:r>
    </w:p>
    <w:p w:rsidR="00987F26" w:rsidRPr="00993279" w:rsidRDefault="00031A94" w:rsidP="00993279">
      <w:pPr>
        <w:tabs>
          <w:tab w:val="left" w:pos="851"/>
          <w:tab w:val="left" w:pos="5245"/>
        </w:tabs>
        <w:ind w:firstLine="567"/>
        <w:jc w:val="both"/>
        <w:rPr>
          <w:rFonts w:cs="Times New Roman"/>
          <w:szCs w:val="24"/>
          <w:lang w:val="lt-LT"/>
        </w:rPr>
      </w:pPr>
      <w:r w:rsidRPr="00993279">
        <w:rPr>
          <w:rFonts w:cs="Times New Roman"/>
          <w:szCs w:val="24"/>
          <w:lang w:val="lt-LT"/>
        </w:rPr>
        <w:t>23. Vaikų ir mokinių fotografijos, vaizdo ar garso įrašai negali būti savavališkai keliami į asmenines socialinių tinklų paskyras, siunčiami tretiesiems asmenims ar naudojami kitu tikslu, negu buvo surinkti.</w:t>
      </w:r>
    </w:p>
    <w:p w:rsidR="00987F26" w:rsidRPr="00993279" w:rsidRDefault="00031A94" w:rsidP="00993279">
      <w:pPr>
        <w:tabs>
          <w:tab w:val="left" w:pos="851"/>
          <w:tab w:val="left" w:pos="5245"/>
        </w:tabs>
        <w:ind w:firstLine="567"/>
        <w:jc w:val="both"/>
        <w:rPr>
          <w:rFonts w:cs="Times New Roman"/>
          <w:szCs w:val="24"/>
          <w:lang w:val="lt-LT"/>
        </w:rPr>
      </w:pPr>
      <w:r w:rsidRPr="00993279">
        <w:rPr>
          <w:rFonts w:cs="Times New Roman"/>
          <w:szCs w:val="24"/>
          <w:lang w:val="lt-LT"/>
        </w:rPr>
        <w:t>24. Tėvai (globėjai, rūpintojai), Mokyklos renginių metu fotografuodami ar filmuodami, privalo gerbti kitų vaikų, mokinių, darbuotojų ir jų šeimų privatumą bei laikytis Mokyklos nustatytų susitarimų.</w:t>
      </w:r>
    </w:p>
    <w:p w:rsidR="00987F26" w:rsidRPr="00993279" w:rsidRDefault="00031A94" w:rsidP="00993279">
      <w:pPr>
        <w:keepNext/>
        <w:tabs>
          <w:tab w:val="left" w:pos="851"/>
          <w:tab w:val="left" w:pos="5245"/>
        </w:tabs>
        <w:spacing w:before="200"/>
        <w:ind w:firstLine="567"/>
        <w:jc w:val="center"/>
        <w:rPr>
          <w:rFonts w:cs="Times New Roman"/>
          <w:szCs w:val="24"/>
          <w:lang w:val="lt-LT"/>
        </w:rPr>
      </w:pPr>
      <w:r w:rsidRPr="00993279">
        <w:rPr>
          <w:rFonts w:cs="Times New Roman"/>
          <w:b/>
          <w:szCs w:val="24"/>
          <w:lang w:val="lt-LT"/>
        </w:rPr>
        <w:t>VI SKYRIUS</w:t>
      </w:r>
    </w:p>
    <w:p w:rsidR="00987F26" w:rsidRPr="00993279" w:rsidRDefault="00031A94" w:rsidP="00993279">
      <w:pPr>
        <w:keepNext/>
        <w:tabs>
          <w:tab w:val="left" w:pos="851"/>
          <w:tab w:val="left" w:pos="5245"/>
        </w:tabs>
        <w:spacing w:after="120"/>
        <w:ind w:firstLine="567"/>
        <w:jc w:val="center"/>
        <w:rPr>
          <w:rFonts w:cs="Times New Roman"/>
          <w:szCs w:val="24"/>
          <w:lang w:val="lt-LT"/>
        </w:rPr>
      </w:pPr>
      <w:r w:rsidRPr="00993279">
        <w:rPr>
          <w:rFonts w:cs="Times New Roman"/>
          <w:b/>
          <w:szCs w:val="24"/>
          <w:lang w:val="lt-LT"/>
        </w:rPr>
        <w:t>TĖVŲ (GLOBĖJŲ, RŪPINTOJŲ) IR LANKYTOJŲ NAUDOJIMASIS MOBILIAISIAIS ĮRENGINIAIS</w:t>
      </w:r>
    </w:p>
    <w:p w:rsidR="00987F26" w:rsidRPr="00993279" w:rsidRDefault="00031A94" w:rsidP="00993279">
      <w:pPr>
        <w:tabs>
          <w:tab w:val="left" w:pos="851"/>
          <w:tab w:val="left" w:pos="5245"/>
        </w:tabs>
        <w:ind w:firstLine="567"/>
        <w:jc w:val="both"/>
        <w:rPr>
          <w:rFonts w:cs="Times New Roman"/>
          <w:szCs w:val="24"/>
          <w:lang w:val="lt-LT"/>
        </w:rPr>
      </w:pPr>
      <w:r w:rsidRPr="00993279">
        <w:rPr>
          <w:rFonts w:cs="Times New Roman"/>
          <w:szCs w:val="24"/>
          <w:lang w:val="lt-LT"/>
        </w:rPr>
        <w:t>25. Tėvai (globėjai, rūpintojai), atvykę į Mokyklą, mobiliuosius įrenginius naudoja taip, kad netrukdytų ugdymo procesui ir vaikų bei mokinių veiklai.</w:t>
      </w:r>
    </w:p>
    <w:p w:rsidR="00987F26" w:rsidRPr="00993279" w:rsidRDefault="00031A94" w:rsidP="00993279">
      <w:pPr>
        <w:tabs>
          <w:tab w:val="left" w:pos="851"/>
          <w:tab w:val="left" w:pos="5245"/>
        </w:tabs>
        <w:ind w:firstLine="567"/>
        <w:jc w:val="both"/>
        <w:rPr>
          <w:rFonts w:cs="Times New Roman"/>
          <w:szCs w:val="24"/>
          <w:lang w:val="lt-LT"/>
        </w:rPr>
      </w:pPr>
      <w:r w:rsidRPr="00993279">
        <w:rPr>
          <w:rFonts w:cs="Times New Roman"/>
          <w:szCs w:val="24"/>
          <w:lang w:val="lt-LT"/>
        </w:rPr>
        <w:t>26. Tėvams (globėjams, rūpintojams) rekomenduojama vaiką į grupę palydėti ir pasiimti kuo mažiau naudojantis mobiliuoju telefonu, skiriant dėmesį vaikui ir bendravimui su pedagogu.</w:t>
      </w:r>
    </w:p>
    <w:p w:rsidR="00987F26" w:rsidRPr="00993279" w:rsidRDefault="00031A94" w:rsidP="00993279">
      <w:pPr>
        <w:tabs>
          <w:tab w:val="left" w:pos="851"/>
          <w:tab w:val="left" w:pos="5245"/>
        </w:tabs>
        <w:ind w:firstLine="567"/>
        <w:jc w:val="both"/>
        <w:rPr>
          <w:rFonts w:cs="Times New Roman"/>
          <w:szCs w:val="24"/>
          <w:lang w:val="lt-LT"/>
        </w:rPr>
      </w:pPr>
      <w:r w:rsidRPr="00993279">
        <w:rPr>
          <w:rFonts w:cs="Times New Roman"/>
          <w:szCs w:val="24"/>
          <w:lang w:val="lt-LT"/>
        </w:rPr>
        <w:t>27. Tėvai (globėjai, rūpintojai) be teisėto pagrindo negali fotografuoti, filmuoti ar daryti kitų Mokyklos vaikų, mokinių ir darbuotojų garso įrašų.</w:t>
      </w:r>
    </w:p>
    <w:p w:rsidR="00987F26" w:rsidRPr="00993279" w:rsidRDefault="00031A94" w:rsidP="00993279">
      <w:pPr>
        <w:tabs>
          <w:tab w:val="left" w:pos="851"/>
          <w:tab w:val="left" w:pos="5245"/>
        </w:tabs>
        <w:ind w:firstLine="567"/>
        <w:jc w:val="both"/>
        <w:rPr>
          <w:rFonts w:cs="Times New Roman"/>
          <w:szCs w:val="24"/>
          <w:lang w:val="lt-LT"/>
        </w:rPr>
      </w:pPr>
      <w:r w:rsidRPr="00993279">
        <w:rPr>
          <w:rFonts w:cs="Times New Roman"/>
          <w:szCs w:val="24"/>
          <w:lang w:val="lt-LT"/>
        </w:rPr>
        <w:t>28. Mokyklos renginių metu fotografavimo ir filmavimo sąlygos nustatomos atsižvelgiant į vaikų ir mokinių privatumo bei asmens duomenų apsaugos reikalavimus.</w:t>
      </w:r>
    </w:p>
    <w:p w:rsidR="00987F26" w:rsidRPr="00993279" w:rsidRDefault="00031A94" w:rsidP="00993279">
      <w:pPr>
        <w:tabs>
          <w:tab w:val="left" w:pos="851"/>
          <w:tab w:val="left" w:pos="5245"/>
        </w:tabs>
        <w:ind w:firstLine="567"/>
        <w:jc w:val="both"/>
        <w:rPr>
          <w:rFonts w:cs="Times New Roman"/>
          <w:szCs w:val="24"/>
          <w:lang w:val="lt-LT"/>
        </w:rPr>
      </w:pPr>
      <w:r w:rsidRPr="00993279">
        <w:rPr>
          <w:rFonts w:cs="Times New Roman"/>
          <w:szCs w:val="24"/>
          <w:lang w:val="lt-LT"/>
        </w:rPr>
        <w:t>29. Mokyklos lankytojai privalo laikytis šios Tvarkos ir Mokyklos darbuotojų nurodymų dėl mobiliųjų įrenginių naudojimo.</w:t>
      </w:r>
    </w:p>
    <w:p w:rsidR="00987F26" w:rsidRPr="00993279" w:rsidRDefault="00031A94" w:rsidP="00993279">
      <w:pPr>
        <w:keepNext/>
        <w:tabs>
          <w:tab w:val="left" w:pos="851"/>
          <w:tab w:val="left" w:pos="5245"/>
        </w:tabs>
        <w:spacing w:before="200"/>
        <w:ind w:firstLine="567"/>
        <w:jc w:val="center"/>
        <w:rPr>
          <w:rFonts w:cs="Times New Roman"/>
          <w:szCs w:val="24"/>
          <w:lang w:val="lt-LT"/>
        </w:rPr>
      </w:pPr>
      <w:r w:rsidRPr="00993279">
        <w:rPr>
          <w:rFonts w:cs="Times New Roman"/>
          <w:b/>
          <w:szCs w:val="24"/>
          <w:lang w:val="lt-LT"/>
        </w:rPr>
        <w:t>VII SKYRIUS</w:t>
      </w:r>
    </w:p>
    <w:p w:rsidR="00987F26" w:rsidRPr="00993279" w:rsidRDefault="00031A94" w:rsidP="00993279">
      <w:pPr>
        <w:keepNext/>
        <w:tabs>
          <w:tab w:val="left" w:pos="851"/>
          <w:tab w:val="left" w:pos="5245"/>
        </w:tabs>
        <w:spacing w:after="120"/>
        <w:ind w:firstLine="567"/>
        <w:jc w:val="center"/>
        <w:rPr>
          <w:rFonts w:cs="Times New Roman"/>
          <w:szCs w:val="24"/>
          <w:lang w:val="lt-LT"/>
        </w:rPr>
      </w:pPr>
      <w:r w:rsidRPr="00993279">
        <w:rPr>
          <w:rFonts w:cs="Times New Roman"/>
          <w:b/>
          <w:szCs w:val="24"/>
          <w:lang w:val="lt-LT"/>
        </w:rPr>
        <w:t>TVARKOS LAIKYMOSI STEBĖSENA IR PAŽEIDIMŲ SPRENDIMAS</w:t>
      </w:r>
    </w:p>
    <w:p w:rsidR="00D27370" w:rsidRPr="00D27370" w:rsidRDefault="00031A94" w:rsidP="00993279">
      <w:pPr>
        <w:tabs>
          <w:tab w:val="left" w:pos="851"/>
          <w:tab w:val="left" w:pos="5245"/>
        </w:tabs>
        <w:ind w:firstLine="567"/>
        <w:jc w:val="both"/>
        <w:rPr>
          <w:rFonts w:cs="Times New Roman"/>
          <w:szCs w:val="24"/>
          <w:lang w:val="lt-LT"/>
        </w:rPr>
      </w:pPr>
      <w:r w:rsidRPr="00993279">
        <w:rPr>
          <w:rFonts w:cs="Times New Roman"/>
          <w:szCs w:val="24"/>
          <w:lang w:val="lt-LT"/>
        </w:rPr>
        <w:t>30</w:t>
      </w:r>
      <w:r w:rsidRPr="00D27370">
        <w:rPr>
          <w:rFonts w:cs="Times New Roman"/>
          <w:szCs w:val="24"/>
          <w:lang w:val="lt-LT"/>
        </w:rPr>
        <w:t xml:space="preserve">. </w:t>
      </w:r>
      <w:r w:rsidR="00D27370" w:rsidRPr="00D27370">
        <w:rPr>
          <w:lang w:val="lt-LT"/>
        </w:rPr>
        <w:t>Už Tvarkos įgyvendinimą a</w:t>
      </w:r>
      <w:r w:rsidR="00D27370">
        <w:rPr>
          <w:lang w:val="lt-LT"/>
        </w:rPr>
        <w:t>tsakingas Mokyklos direktorius</w:t>
      </w:r>
      <w:r w:rsidR="00D27370" w:rsidRPr="00D27370">
        <w:rPr>
          <w:lang w:val="lt-LT"/>
        </w:rPr>
        <w:t>, o jos laikymąsi pagal kompetenciją užtikrina Mokyklos darbuotojai. Pastebėję netinkamą asmeninio informacinių technologijų įrenginio naudojimą, darbuotojai vaikui ar mokiniui primena Tvarkoje nustatytus reikalavimus.</w:t>
      </w:r>
    </w:p>
    <w:p w:rsidR="00987F26" w:rsidRPr="00993279" w:rsidRDefault="00031A94" w:rsidP="00993279">
      <w:pPr>
        <w:tabs>
          <w:tab w:val="left" w:pos="851"/>
          <w:tab w:val="left" w:pos="5245"/>
        </w:tabs>
        <w:ind w:firstLine="567"/>
        <w:jc w:val="both"/>
        <w:rPr>
          <w:rFonts w:cs="Times New Roman"/>
          <w:szCs w:val="24"/>
          <w:lang w:val="lt-LT"/>
        </w:rPr>
      </w:pPr>
      <w:r w:rsidRPr="00993279">
        <w:rPr>
          <w:rFonts w:cs="Times New Roman"/>
          <w:szCs w:val="24"/>
          <w:lang w:val="lt-LT"/>
        </w:rPr>
        <w:t>31. Nustačius Tvarkos pažeidimą, pirmiausia vaikui ar mokiniui paaiškinama, kodėl toks elgesys netinkamas, ir susitariama dėl tinkamo naudojimosi asmeniniu informacinių technologijų įrenginiu.</w:t>
      </w:r>
    </w:p>
    <w:p w:rsidR="00987F26" w:rsidRPr="00993279" w:rsidRDefault="00031A94" w:rsidP="00993279">
      <w:pPr>
        <w:tabs>
          <w:tab w:val="left" w:pos="851"/>
          <w:tab w:val="left" w:pos="5245"/>
        </w:tabs>
        <w:ind w:firstLine="567"/>
        <w:jc w:val="both"/>
        <w:rPr>
          <w:rFonts w:cs="Times New Roman"/>
          <w:szCs w:val="24"/>
          <w:lang w:val="lt-LT"/>
        </w:rPr>
      </w:pPr>
      <w:r w:rsidRPr="00993279">
        <w:rPr>
          <w:rFonts w:cs="Times New Roman"/>
          <w:szCs w:val="24"/>
          <w:lang w:val="lt-LT"/>
        </w:rPr>
        <w:t>32. Pasikartojus pažeidimams, pedagogas informuoja vaiko ar mokinio tėvus (globėjus, rūpintojus) ir, esant poreikiui, kartu numato pagalbos ar elgesio koregavimo priemones.</w:t>
      </w:r>
    </w:p>
    <w:p w:rsidR="00987F26" w:rsidRPr="00993279" w:rsidRDefault="00031A94" w:rsidP="00993279">
      <w:pPr>
        <w:tabs>
          <w:tab w:val="left" w:pos="851"/>
          <w:tab w:val="left" w:pos="5245"/>
        </w:tabs>
        <w:ind w:firstLine="567"/>
        <w:jc w:val="both"/>
        <w:rPr>
          <w:rFonts w:cs="Times New Roman"/>
          <w:szCs w:val="24"/>
          <w:lang w:val="lt-LT"/>
        </w:rPr>
      </w:pPr>
      <w:r w:rsidRPr="00993279">
        <w:rPr>
          <w:rFonts w:cs="Times New Roman"/>
          <w:szCs w:val="24"/>
          <w:lang w:val="lt-LT"/>
        </w:rPr>
        <w:t>33. Sisteminiai ar šiurkštūs Tvarkos pažeidimai gali būti aptariami su Mokyklos administracija, Vaiko gerovės komisija ar kitais atsakingais darbuotojais pagal Mokykloje nustatytą tvarką.</w:t>
      </w:r>
    </w:p>
    <w:p w:rsidR="00987F26" w:rsidRPr="00993279" w:rsidRDefault="00031A94" w:rsidP="00993279">
      <w:pPr>
        <w:tabs>
          <w:tab w:val="left" w:pos="851"/>
          <w:tab w:val="left" w:pos="5245"/>
        </w:tabs>
        <w:ind w:firstLine="567"/>
        <w:jc w:val="both"/>
        <w:rPr>
          <w:rFonts w:cs="Times New Roman"/>
          <w:szCs w:val="24"/>
          <w:lang w:val="lt-LT"/>
        </w:rPr>
      </w:pPr>
      <w:r w:rsidRPr="00993279">
        <w:rPr>
          <w:rFonts w:cs="Times New Roman"/>
          <w:szCs w:val="24"/>
          <w:lang w:val="lt-LT"/>
        </w:rPr>
        <w:t>34. Sprendžiant dėl Tvarkos pažeidimo, atsižvelgiama į vaiko ar mokinio amžių, individualius poreikius, situaciją, pažeidimo pobūdį, pasikartojimą ir geriausius vaiko interesus.</w:t>
      </w:r>
    </w:p>
    <w:p w:rsidR="00987F26" w:rsidRPr="00993279" w:rsidRDefault="00031A94" w:rsidP="00993279">
      <w:pPr>
        <w:keepNext/>
        <w:tabs>
          <w:tab w:val="left" w:pos="851"/>
          <w:tab w:val="left" w:pos="5245"/>
        </w:tabs>
        <w:spacing w:before="200"/>
        <w:ind w:firstLine="567"/>
        <w:jc w:val="center"/>
        <w:rPr>
          <w:rFonts w:cs="Times New Roman"/>
          <w:szCs w:val="24"/>
          <w:lang w:val="lt-LT"/>
        </w:rPr>
      </w:pPr>
      <w:r w:rsidRPr="00993279">
        <w:rPr>
          <w:rFonts w:cs="Times New Roman"/>
          <w:b/>
          <w:szCs w:val="24"/>
          <w:lang w:val="lt-LT"/>
        </w:rPr>
        <w:lastRenderedPageBreak/>
        <w:t>VIII SKYRIUS</w:t>
      </w:r>
    </w:p>
    <w:p w:rsidR="00987F26" w:rsidRPr="00993279" w:rsidRDefault="00031A94" w:rsidP="00993279">
      <w:pPr>
        <w:keepNext/>
        <w:tabs>
          <w:tab w:val="left" w:pos="851"/>
          <w:tab w:val="left" w:pos="5245"/>
        </w:tabs>
        <w:spacing w:after="120"/>
        <w:ind w:firstLine="567"/>
        <w:jc w:val="center"/>
        <w:rPr>
          <w:rFonts w:cs="Times New Roman"/>
          <w:szCs w:val="24"/>
          <w:lang w:val="lt-LT"/>
        </w:rPr>
      </w:pPr>
      <w:r w:rsidRPr="00993279">
        <w:rPr>
          <w:rFonts w:cs="Times New Roman"/>
          <w:b/>
          <w:szCs w:val="24"/>
          <w:lang w:val="lt-LT"/>
        </w:rPr>
        <w:t>ATSAKOMYBĖ</w:t>
      </w:r>
    </w:p>
    <w:p w:rsidR="00987F26" w:rsidRPr="00993279" w:rsidRDefault="00031A94" w:rsidP="00993279">
      <w:pPr>
        <w:tabs>
          <w:tab w:val="left" w:pos="851"/>
          <w:tab w:val="left" w:pos="5245"/>
        </w:tabs>
        <w:ind w:firstLine="567"/>
        <w:jc w:val="both"/>
        <w:rPr>
          <w:rFonts w:cs="Times New Roman"/>
          <w:szCs w:val="24"/>
          <w:lang w:val="lt-LT"/>
        </w:rPr>
      </w:pPr>
      <w:r w:rsidRPr="00993279">
        <w:rPr>
          <w:rFonts w:cs="Times New Roman"/>
          <w:szCs w:val="24"/>
          <w:lang w:val="lt-LT"/>
        </w:rPr>
        <w:t>35. Už šios Tvarkos laikymąsi pagal savo kompetenciją atsako Mokyklos administracija, darbuotojai, vaikai ir mokiniai bei jų tėvai (globėjai, rūpintojai).</w:t>
      </w:r>
    </w:p>
    <w:p w:rsidR="00987F26" w:rsidRPr="00993279" w:rsidRDefault="00031A94" w:rsidP="00993279">
      <w:pPr>
        <w:tabs>
          <w:tab w:val="left" w:pos="851"/>
          <w:tab w:val="left" w:pos="5245"/>
        </w:tabs>
        <w:ind w:firstLine="567"/>
        <w:jc w:val="both"/>
        <w:rPr>
          <w:rFonts w:cs="Times New Roman"/>
          <w:szCs w:val="24"/>
          <w:lang w:val="lt-LT"/>
        </w:rPr>
      </w:pPr>
      <w:r w:rsidRPr="00993279">
        <w:rPr>
          <w:rFonts w:cs="Times New Roman"/>
          <w:szCs w:val="24"/>
          <w:lang w:val="lt-LT"/>
        </w:rPr>
        <w:t>36. Kiekvienas Mokyklos bendruomenės narys privalo gerbti kitų asmenų privatumą, saugumą ir teises.</w:t>
      </w:r>
    </w:p>
    <w:p w:rsidR="00987F26" w:rsidRPr="00993279" w:rsidRDefault="00031A94" w:rsidP="00993279">
      <w:pPr>
        <w:tabs>
          <w:tab w:val="left" w:pos="851"/>
          <w:tab w:val="left" w:pos="5245"/>
        </w:tabs>
        <w:ind w:firstLine="567"/>
        <w:jc w:val="both"/>
        <w:rPr>
          <w:rFonts w:cs="Times New Roman"/>
          <w:szCs w:val="24"/>
          <w:lang w:val="lt-LT"/>
        </w:rPr>
      </w:pPr>
      <w:r w:rsidRPr="00993279">
        <w:rPr>
          <w:rFonts w:cs="Times New Roman"/>
          <w:szCs w:val="24"/>
          <w:lang w:val="lt-LT"/>
        </w:rPr>
        <w:t>37. Darbuotojai, naudodamiesi mobiliaisiais įrenginiais darbo metu, privalo laikytis konfidencialumo, asmens duomenų apsaugos ir profesinės etikos reikalavimų.</w:t>
      </w:r>
    </w:p>
    <w:p w:rsidR="00987F26" w:rsidRPr="00993279" w:rsidRDefault="00031A94" w:rsidP="00993279">
      <w:pPr>
        <w:keepNext/>
        <w:tabs>
          <w:tab w:val="left" w:pos="851"/>
          <w:tab w:val="left" w:pos="5245"/>
        </w:tabs>
        <w:spacing w:before="200"/>
        <w:ind w:firstLine="567"/>
        <w:jc w:val="center"/>
        <w:rPr>
          <w:rFonts w:cs="Times New Roman"/>
          <w:szCs w:val="24"/>
          <w:lang w:val="lt-LT"/>
        </w:rPr>
      </w:pPr>
      <w:r w:rsidRPr="00993279">
        <w:rPr>
          <w:rFonts w:cs="Times New Roman"/>
          <w:b/>
          <w:szCs w:val="24"/>
          <w:lang w:val="lt-LT"/>
        </w:rPr>
        <w:t>IX SKYRIUS</w:t>
      </w:r>
    </w:p>
    <w:p w:rsidR="00987F26" w:rsidRPr="00993279" w:rsidRDefault="00031A94" w:rsidP="00993279">
      <w:pPr>
        <w:keepNext/>
        <w:tabs>
          <w:tab w:val="left" w:pos="851"/>
          <w:tab w:val="left" w:pos="5245"/>
        </w:tabs>
        <w:spacing w:after="120"/>
        <w:ind w:firstLine="567"/>
        <w:jc w:val="center"/>
        <w:rPr>
          <w:rFonts w:cs="Times New Roman"/>
          <w:szCs w:val="24"/>
          <w:lang w:val="lt-LT"/>
        </w:rPr>
      </w:pPr>
      <w:r w:rsidRPr="00993279">
        <w:rPr>
          <w:rFonts w:cs="Times New Roman"/>
          <w:b/>
          <w:szCs w:val="24"/>
          <w:lang w:val="lt-LT"/>
        </w:rPr>
        <w:t>BAIGIAMOSIOS NUOSTATOS</w:t>
      </w:r>
    </w:p>
    <w:p w:rsidR="00987F26" w:rsidRPr="00993279" w:rsidRDefault="00031A94" w:rsidP="00993279">
      <w:pPr>
        <w:tabs>
          <w:tab w:val="left" w:pos="851"/>
          <w:tab w:val="left" w:pos="5245"/>
        </w:tabs>
        <w:ind w:firstLine="567"/>
        <w:jc w:val="both"/>
        <w:rPr>
          <w:rFonts w:cs="Times New Roman"/>
          <w:szCs w:val="24"/>
          <w:lang w:val="lt-LT"/>
        </w:rPr>
      </w:pPr>
      <w:r w:rsidRPr="00993279">
        <w:rPr>
          <w:rFonts w:cs="Times New Roman"/>
          <w:szCs w:val="24"/>
          <w:lang w:val="lt-LT"/>
        </w:rPr>
        <w:t>38. Tvarką tvirtina Mokyklos direktorius, įvertinęs Mokyklos tarybos siūlymus.</w:t>
      </w:r>
    </w:p>
    <w:p w:rsidR="00987F26" w:rsidRPr="00993279" w:rsidRDefault="00031A94" w:rsidP="00993279">
      <w:pPr>
        <w:tabs>
          <w:tab w:val="left" w:pos="851"/>
          <w:tab w:val="left" w:pos="5245"/>
        </w:tabs>
        <w:ind w:firstLine="567"/>
        <w:jc w:val="both"/>
        <w:rPr>
          <w:rFonts w:cs="Times New Roman"/>
          <w:szCs w:val="24"/>
          <w:lang w:val="lt-LT"/>
        </w:rPr>
      </w:pPr>
      <w:r w:rsidRPr="00993279">
        <w:rPr>
          <w:rFonts w:cs="Times New Roman"/>
          <w:szCs w:val="24"/>
          <w:lang w:val="lt-LT"/>
        </w:rPr>
        <w:t>39. Tvarka viešai skelbiama Mokyklos interneto svetainėje.</w:t>
      </w:r>
    </w:p>
    <w:p w:rsidR="00987F26" w:rsidRPr="00993279" w:rsidRDefault="00031A94" w:rsidP="00993279">
      <w:pPr>
        <w:tabs>
          <w:tab w:val="left" w:pos="851"/>
          <w:tab w:val="left" w:pos="5245"/>
        </w:tabs>
        <w:ind w:firstLine="567"/>
        <w:jc w:val="both"/>
        <w:rPr>
          <w:rFonts w:cs="Times New Roman"/>
          <w:szCs w:val="24"/>
          <w:lang w:val="lt-LT"/>
        </w:rPr>
      </w:pPr>
      <w:r w:rsidRPr="00993279">
        <w:rPr>
          <w:rFonts w:cs="Times New Roman"/>
          <w:szCs w:val="24"/>
          <w:lang w:val="lt-LT"/>
        </w:rPr>
        <w:t>40. Su patvirtinta Tvarka Mokykla supažindina Mokyklos bendruomenę Mokyklos pasiri</w:t>
      </w:r>
      <w:r w:rsidR="00D27370">
        <w:rPr>
          <w:rFonts w:cs="Times New Roman"/>
          <w:szCs w:val="24"/>
          <w:lang w:val="lt-LT"/>
        </w:rPr>
        <w:t>nktomis informavimo priemonėmis (el. paštu).</w:t>
      </w:r>
    </w:p>
    <w:p w:rsidR="00987F26" w:rsidRPr="00993279" w:rsidRDefault="00031A94" w:rsidP="00993279">
      <w:pPr>
        <w:tabs>
          <w:tab w:val="left" w:pos="851"/>
          <w:tab w:val="left" w:pos="5245"/>
        </w:tabs>
        <w:ind w:firstLine="567"/>
        <w:jc w:val="both"/>
        <w:rPr>
          <w:rFonts w:cs="Times New Roman"/>
          <w:szCs w:val="24"/>
          <w:lang w:val="lt-LT"/>
        </w:rPr>
      </w:pPr>
      <w:r w:rsidRPr="00993279">
        <w:rPr>
          <w:rFonts w:cs="Times New Roman"/>
          <w:szCs w:val="24"/>
          <w:lang w:val="lt-LT"/>
        </w:rPr>
        <w:t>41. Mokykla informuoja ir konsultuoja vaikus, mokinius ir jų tėvus (globėjus, rūpintojus) apie besaikio asmeninių informacinių technologijų įrenginių naudojimo pasekmes bei atsakingą ir saugų jų naudojimą.</w:t>
      </w:r>
    </w:p>
    <w:p w:rsidR="00987F26" w:rsidRPr="00993279" w:rsidRDefault="00031A94" w:rsidP="00993279">
      <w:pPr>
        <w:tabs>
          <w:tab w:val="left" w:pos="851"/>
          <w:tab w:val="left" w:pos="5245"/>
        </w:tabs>
        <w:ind w:firstLine="567"/>
        <w:jc w:val="both"/>
        <w:rPr>
          <w:rFonts w:cs="Times New Roman"/>
          <w:szCs w:val="24"/>
          <w:lang w:val="lt-LT"/>
        </w:rPr>
      </w:pPr>
      <w:r w:rsidRPr="00993279">
        <w:rPr>
          <w:rFonts w:cs="Times New Roman"/>
          <w:szCs w:val="24"/>
          <w:lang w:val="lt-LT"/>
        </w:rPr>
        <w:t>42. Tvarka peržiūrima ir, esant poreikiui, atnaujinama atsižvelgiant į teisės aktų pakeitimus, Mokyklos poreikius ir praktikoje kylančias situacijas.</w:t>
      </w:r>
    </w:p>
    <w:sectPr w:rsidR="00987F26" w:rsidRPr="00993279"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1A94"/>
    <w:rsid w:val="00034616"/>
    <w:rsid w:val="0006063C"/>
    <w:rsid w:val="0015074B"/>
    <w:rsid w:val="0029639D"/>
    <w:rsid w:val="00326F90"/>
    <w:rsid w:val="007A4F48"/>
    <w:rsid w:val="00987F26"/>
    <w:rsid w:val="00993279"/>
    <w:rsid w:val="00AA1D8D"/>
    <w:rsid w:val="00B47730"/>
    <w:rsid w:val="00CB0664"/>
    <w:rsid w:val="00D2737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F4141F"/>
  <w14:defaultImageDpi w14:val="300"/>
  <w15:docId w15:val="{906A744F-3B43-480A-BFC4-466814C3F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C693F"/>
    <w:pPr>
      <w:spacing w:after="0" w:line="240" w:lineRule="auto"/>
    </w:pPr>
    <w:rPr>
      <w:rFonts w:ascii="Times New Roman" w:eastAsia="Times New Roman" w:hAnsi="Times New Roman"/>
      <w:sz w:val="24"/>
    </w:rPr>
  </w:style>
  <w:style w:type="paragraph" w:styleId="Antrat1">
    <w:name w:val="heading 1"/>
    <w:basedOn w:val="prastasis"/>
    <w:next w:val="prastasis"/>
    <w:link w:val="Antrat1Diagrama"/>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43369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B092F2-732E-476C-BFB4-026412B8B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6412</Words>
  <Characters>3655</Characters>
  <Application>Microsoft Office Word</Application>
  <DocSecurity>0</DocSecurity>
  <Lines>30</Lines>
  <Paragraphs>20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10047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Rasa</cp:lastModifiedBy>
  <cp:revision>4</cp:revision>
  <dcterms:created xsi:type="dcterms:W3CDTF">2026-09-16T13:41:00Z</dcterms:created>
  <dcterms:modified xsi:type="dcterms:W3CDTF">2026-09-16T14:02:00Z</dcterms:modified>
  <cp:category/>
</cp:coreProperties>
</file>